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4752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TC-R3110 Spec:I/B/L/Eu/V1.1 </w:t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1HDD 10ch NVR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SK Series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10-ch IP camera accesses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Incoming/Outgoing bandwidth: 60Mbps/40Mbps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S+265, H.265, S+264, H.264, S+265 V2.0 video formats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Max. decoding capability: 8MP(30fps)×1 or 1080P(30fps)×6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4-ch synchronous playback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 TB capacity for each HDD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Simultaneous HDMI and VGA outputs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HDMI output at up to 4K resolution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98" w:lineRule="auto" w:before="0" w:after="0"/>
        <w:ind w:left="836" w:right="3744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1×RJ-45, 10/100 Mbps self-adaptive Ethernet port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S+ 265 compression effectively reduces the storage space by up to 75%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cloud upgrade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Video and Audio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Access Channel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Incoming Bandwidth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60Mbps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Outgoing Bandwidth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40Mbps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8MP/6MP/5MP/4MP/3MP/1080P/UXGA/720P/VGA/4CIF/DCIF/2CIF/CIF/QCIF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Preview Decoding Capability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8MP(30fps)×1, 6MP(30fps)×2, 5MP(30fps)×2, 4MP(30fps)×3, 3MP(30fps)×4, 1080P(30fps)×6,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720P(30fps)×10, 4CIF(30fps)×10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center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Playback Decoding Capability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8MP(30fps)×1, 6MP(30fps)×2, 5MP(30fps)×2, 4MP(30fps)×3, 3MP(30fps)×4, 1080P(30fps)×4,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720P(30fps)×4, 4CIF(30fps)×4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Third-party Camera Access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S/T); RTSP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HDMI Output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HDMI: 1024×768(60Hz), (720P )1280×720(50Hz/60Hz), 1280×800(60Hz), 1366×768(60Hz),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1440×900(60Hz), (1080P)1920×1080(50Hz/60Hz), (4K)3840×2160(30Hz)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VGA Output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VGA: 1024×768(60Hz), (720P )1280×720(50Hz/60Hz), 1280×800(60Hz), 1366×768(60Hz),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1440×900(60Hz), (1080P)1920×1080(50Hz/60Hz)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Multi-screen Display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Simultaneous Output: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VGA: 1/2A/2B/3/4/5/6/7/8/9/10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HDMI: 1/2A/2B/3/4/5/6/7/8/9/10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S+265; H.265; S+264; H.264; S+265 V2.0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G.711A; G.711U; ADPCM_D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Stream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Video; Video &amp; Audio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Network Protocol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802.1X; ARP; DDNS; DHCP; DNS; Easy DDNS; HTTP; HTTPS; ICMP; IGMP; IPv4; IPv6; Multicast; NTP;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RTCP; RTP; RTSP; SMTP; SRTP; SSH; TLSv1.2; TCP; UDP; Unicast; UPnP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(Win, MAC OS)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(Android, iOS)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CGI; SDK; P2P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Recording Playback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Multi-channel Playback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Record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Manual Recording; Alarm Recording; Schedule Recording; Smart Storage Mode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Local HDD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Backup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USB storage device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Playback Function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Play/Pause/Stop/Slow/Speed/Backwards 30s/Forwards 30s/Full Screen/Backup (Video Editing)/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Step/Digital Zoom/Instant Replay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Dual Stream Record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Input(IPC)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Loss; Network Disconnected; No Disk; Illegal Access; Disk group space alert; Disk Full; Disk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R/W Error; Recording Abnormal; Abnormal found in smart of disk; Abnormal temperature of the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disk; Voltage Alarm(IPC); RTC Failure; IP Address Conflict; MAC Address Conflict; Disk Overload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Intelligent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AI by 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Tripwire; Double Tripwire; Perimeter; Object Abandon; Object Missing; Running; Parking; Loitering;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Abnormal; Audio Abnormal; On Duty Detection; Crowd Detection; Smart Alarm; Human/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Vehicle Classification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Search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VCA Search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Early-warning Search; Behavior Search; Duty Search; Smart Motion Detection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HDD Capacity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8 TB capacity for each HDD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Disk Group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 Disk Group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External Port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USB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2×USB2.0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HDMI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1×HDMI(supports up to 4K resolution output)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VGA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1×VGA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Network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1×RJ-45, 10/100 Mbps self-adaptive Ethernet port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SATA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1×SATA interface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UI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English; Spanish; Italian; Turkish; French; Polish; Hebrew; German; Portuguese; 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Consumption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&lt;10W(HDD not included, idling)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0.4 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0.7 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201(L)202(W)43(H)mm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315(L)70(W)235(H)mm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-10℃~+55℃ (+14℉~+131℉)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10%~90%RH 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-20℃~+60℃ (-4℉~+140℉)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Kit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Network Video Recorder*1; Screw Pack*1; Mouse*1; European Standard Power Adapter(DC12V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1.5A)*1; Instructions*1; Parts List*1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444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44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Physical Interfaces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324104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3241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2026.08.03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