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tabs>
          <w:tab w:pos="9078" w:val="left"/>
        </w:tabs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  <w:r>
        <w:tab/>
      </w:r>
      <w:r>
        <w:drawing>
          <wp:inline xmlns:a="http://schemas.openxmlformats.org/drawingml/2006/main" xmlns:pic="http://schemas.openxmlformats.org/drawingml/2006/picture">
            <wp:extent cx="999489" cy="1000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489" cy="1000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76" w:lineRule="auto" w:before="0" w:after="0"/>
        <w:ind w:left="120" w:right="6048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TC-C38US 4LHB-27135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Bullet Camera</w:t>
      </w:r>
    </w:p>
    <w:p>
      <w:pPr>
        <w:autoSpaceDN w:val="0"/>
        <w:autoSpaceDE w:val="0"/>
        <w:widowControl/>
        <w:spacing w:line="240" w:lineRule="auto" w:before="0" w:after="0"/>
        <w:ind w:left="0" w:right="590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LK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7" w:lineRule="auto" w:before="0" w:after="0"/>
        <w:ind w:left="270" w:right="446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Metal housing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8MP,3840×2160@30fps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Color:0.002Lux@(F1.6,AGC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80m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1×Built-in Mic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Support smart surveillance</w:t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22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56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20" w:lineRule="auto" w:before="0" w:after="0"/>
        <w:ind w:left="836" w:right="3888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human/vehicle/non-motor vehicle/pet(cat、dog) classification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Operating conditions -35℃~65℃(-31℉~149℉), ≤95%RH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DC12V±25%,Max.14.5W, PoE:IEEE 802.3at,Max.16W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IP67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67320" cy="660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66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702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08.0" w:type="dxa"/>
      </w:tblPr>
      <w:tblGrid>
        <w:gridCol w:w="2698"/>
        <w:gridCol w:w="8094"/>
      </w:tblGrid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Color:0.002Lux@(F1.6,AGC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120dB,True WDR(TWDR)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&gt;42dB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Angle Adjustment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0~360°(P); 0~90°(T); 0~360°(R)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Motorized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2.7~13.5mm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Lens Mount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Φ14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Fixed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107°~32.3°(H); 54.6°~18.2°(V); 130°~35°(D)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Detect:82m~331m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Observe:32m~120m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Recognize:16.5m~60.5m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Identify:8m~30m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568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0" w:bottom="52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80m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LEDs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Whitelight Distance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30m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8MP,3840×2160@30fps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PAL:25fps(3840×2160, 3200×1800,2560×1440, 2304×1296)50fps(1920×1080,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NTSC:30fps(3840×2160, 3200×1800,2560×1440, 2304×1296)60fps(1920×1080, 1280×720)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640×360, 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 704×288, 352×288, 640×480)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 704×240, 352×240, 640×480)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DNR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Lamp/Filament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rectangular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Corridor Mode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Overlay of additional characters in 5 regions,2 line, with a maximum of 127 characters or 42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Chinese characters per region; 16*16/24*24/32*32/48*48/64*64/96*96,Default Adaptive; Vector/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Lattice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Picture Overlay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1*200x200 size BMP 24 color bit image overlay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Privacy Mask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 black static areas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IP Address Conflict; MAC Address Conflict; FTP Server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 ; Network Disconnection; No Disk; Illegal Access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Warmlight; Trigger Recording; Trigger Capture; Notify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Surveillance Center; Alarm Output; Trigger smart light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Human/Vehicle/Non-motor Vehicle/Pet(Cat、Dog) Classification; Tripwire; Double Tripwire;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Perimeter; Object Abandon; Object Missing; Heatmap; Loitering; Running; Parking; People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Counting; Crowed Detection; Safety Helmet Detection; On Duty Detection; Video Abnormal; Audio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Abnormal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Rules of Behavior Analyse In 1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Scene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TCP; UDP; UPnP; ICMP; IGMP;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DDNS; NTP; SMTP; TLS v1.2; SSL; 802.1X; QoS; IPv4; IPv6; PPPoE; SSH; Unicast; Multicast; RTCP;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ARP; SRTP; FTP; SFTP; NAS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ONVIF(Profile S/T/G/M) ; SDK; CGI; Milestone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7 channels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1×RJ-45 (10/100 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>1×input, two-core , max. input amplitude:3.3 Vpp, input impedance:1 KΩ, interface type:non-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equilibrium; 1×output, two-core, max. output amplitude:3.3 Vpp, output impedance:100 Ω,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interface type: non-equilibrium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2×input,TTL,3mA,3.3VDC; 1×output,relay,1A,24VDC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41.99999999999994" w:type="dxa"/>
      </w:tblPr>
      <w:tblGrid>
        <w:gridCol w:w="2698"/>
        <w:gridCol w:w="8094"/>
      </w:tblGrid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Built-in Mic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1×Built-in Mic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RTC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Additional Interfaces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RS-485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20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Chinese/Traditional Chinese/English/Spanish/Korean/Italian/Turkish/Russian/Thai/French/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Polish/Dutch/Hebrew/Arabic/Vietnamese/German/Ukrainian/Portuguese/Albanian/Greek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-35℃~65℃(-31℉~149℉)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-40℃~65℃(-40℉~149℉)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DC12V±25%,Max.14.5W; PoE:IEEE 802.3at,Max.16W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IP67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239(L)90(W)90(H)mm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280(L)125(W)140(H)mm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1.18kg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62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866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0.958kg </w:t>
            </w:r>
          </w:p>
        </w:tc>
      </w:tr>
    </w:tbl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668770" cy="24091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8770" cy="2409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p>
      <w:pPr>
        <w:widowControl/>
        <w:spacing w:before="0" w:after="0"/>
        <w:ind w:firstLine="0"/>
        <w:sectPr>
          <w:pgSz w:w="11906" w:h="16838"/>
          <w:pgMar w:top="398" w:right="548" w:bottom="52" w:left="5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1484630" cy="4279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427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13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967730" cy="304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6773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20" w:firstLine="0"/>
        <w:jc w:val="right"/>
      </w:pPr>
      <w:r>
        <w:rPr>
          <w:rFonts w:ascii="Microsoft YaHei" w:hAnsi="Microsoft YaHei" w:eastAsia="Microsoft YaHei"/>
          <w:b w:val="0"/>
          <w:i w:val="0"/>
          <w:color w:val="808080"/>
          <w:sz w:val="18"/>
        </w:rPr>
        <w:t>2026.03.20</w:t>
      </w:r>
    </w:p>
    <w:sectPr w:rsidR="00FC693F" w:rsidRPr="0006063C" w:rsidSect="00034616">
      <w:pgSz w:w="11906" w:h="16838"/>
      <w:pgMar w:top="398" w:right="548" w:bottom="52" w:left="5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